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4E0B9" w14:textId="77777777" w:rsidR="00BC3EF8" w:rsidRPr="00307A1D" w:rsidRDefault="00D139B0">
      <w:pPr>
        <w:spacing w:after="40"/>
        <w:jc w:val="right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Załącznik nr 1 do Zaproszenia do składania ofert</w:t>
      </w:r>
    </w:p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3402"/>
        <w:gridCol w:w="6236"/>
      </w:tblGrid>
      <w:tr w:rsidR="00577A24" w:rsidRPr="00307A1D" w14:paraId="26521CD7" w14:textId="77777777" w:rsidTr="008D541D">
        <w:trPr>
          <w:cantSplit/>
          <w:jc w:val="right"/>
        </w:trPr>
        <w:tc>
          <w:tcPr>
            <w:tcW w:w="3402" w:type="dxa"/>
            <w:tcMar>
              <w:top w:w="45" w:type="dxa"/>
              <w:left w:w="100" w:type="dxa"/>
              <w:bottom w:w="45" w:type="dxa"/>
              <w:right w:w="100" w:type="dxa"/>
            </w:tcMar>
            <w:vAlign w:val="center"/>
          </w:tcPr>
          <w:p w14:paraId="53EDCCFB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proofErr w:type="spellStart"/>
            <w:r w:rsidRPr="00307A1D">
              <w:rPr>
                <w:rFonts w:asciiTheme="majorHAnsi" w:hAnsiTheme="majorHAnsi" w:cstheme="majorHAnsi"/>
                <w:b/>
                <w:sz w:val="22"/>
              </w:rPr>
              <w:t>Numer</w:t>
            </w:r>
            <w:proofErr w:type="spellEnd"/>
            <w:r w:rsidRPr="00307A1D">
              <w:rPr>
                <w:rFonts w:asciiTheme="majorHAnsi" w:hAnsiTheme="majorHAnsi" w:cstheme="majorHAnsi"/>
                <w:b/>
                <w:sz w:val="22"/>
              </w:rPr>
              <w:t xml:space="preserve"> </w:t>
            </w:r>
            <w:proofErr w:type="spellStart"/>
            <w:r w:rsidRPr="00307A1D">
              <w:rPr>
                <w:rFonts w:asciiTheme="majorHAnsi" w:hAnsiTheme="majorHAnsi" w:cstheme="majorHAnsi"/>
                <w:b/>
                <w:sz w:val="22"/>
              </w:rPr>
              <w:t>sprawy</w:t>
            </w:r>
            <w:proofErr w:type="spellEnd"/>
            <w:r w:rsidRPr="00307A1D">
              <w:rPr>
                <w:rFonts w:asciiTheme="majorHAnsi" w:hAnsiTheme="majorHAnsi" w:cstheme="majorHAnsi"/>
                <w:b/>
                <w:sz w:val="22"/>
              </w:rPr>
              <w:t>:</w:t>
            </w:r>
          </w:p>
        </w:tc>
        <w:tc>
          <w:tcPr>
            <w:tcW w:w="6236" w:type="dxa"/>
            <w:tcMar>
              <w:top w:w="45" w:type="dxa"/>
              <w:left w:w="100" w:type="dxa"/>
              <w:bottom w:w="45" w:type="dxa"/>
              <w:right w:w="100" w:type="dxa"/>
            </w:tcMar>
            <w:vAlign w:val="center"/>
          </w:tcPr>
          <w:p w14:paraId="64DDA6BA" w14:textId="3B140CA0" w:rsidR="00577A24" w:rsidRPr="00307A1D" w:rsidRDefault="00EB085A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</w:rPr>
              <w:t>BK2026_02_11</w:t>
            </w:r>
          </w:p>
        </w:tc>
      </w:tr>
      <w:tr w:rsidR="00577A24" w:rsidRPr="00307A1D" w14:paraId="625E02A4" w14:textId="77777777" w:rsidTr="00DF26AE">
        <w:trPr>
          <w:cantSplit/>
          <w:trHeight w:val="561"/>
          <w:jc w:val="right"/>
        </w:trPr>
        <w:tc>
          <w:tcPr>
            <w:tcW w:w="3402" w:type="dxa"/>
            <w:tcMar>
              <w:top w:w="45" w:type="dxa"/>
              <w:left w:w="100" w:type="dxa"/>
              <w:bottom w:w="45" w:type="dxa"/>
              <w:right w:w="100" w:type="dxa"/>
            </w:tcMar>
            <w:vAlign w:val="center"/>
          </w:tcPr>
          <w:p w14:paraId="372933D4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proofErr w:type="spellStart"/>
            <w:r w:rsidRPr="00307A1D">
              <w:rPr>
                <w:rFonts w:asciiTheme="majorHAnsi" w:hAnsiTheme="majorHAnsi" w:cstheme="majorHAnsi"/>
                <w:b/>
                <w:sz w:val="22"/>
              </w:rPr>
              <w:t>Miejscowość</w:t>
            </w:r>
            <w:proofErr w:type="spellEnd"/>
            <w:r w:rsidRPr="00307A1D">
              <w:rPr>
                <w:rFonts w:asciiTheme="majorHAnsi" w:hAnsiTheme="majorHAnsi" w:cstheme="majorHAnsi"/>
                <w:b/>
                <w:sz w:val="22"/>
              </w:rPr>
              <w:t xml:space="preserve"> i data:</w:t>
            </w:r>
          </w:p>
        </w:tc>
        <w:tc>
          <w:tcPr>
            <w:tcW w:w="6236" w:type="dxa"/>
            <w:tcMar>
              <w:top w:w="45" w:type="dxa"/>
              <w:left w:w="100" w:type="dxa"/>
              <w:bottom w:w="45" w:type="dxa"/>
              <w:right w:w="100" w:type="dxa"/>
            </w:tcMar>
            <w:vAlign w:val="center"/>
          </w:tcPr>
          <w:p w14:paraId="42B6300C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</w:rPr>
              <w:t>……………………………………</w:t>
            </w:r>
          </w:p>
        </w:tc>
      </w:tr>
    </w:tbl>
    <w:p w14:paraId="4B9835F4" w14:textId="77777777" w:rsidR="00577A24" w:rsidRPr="00307A1D" w:rsidRDefault="00BB7B45" w:rsidP="00000C56">
      <w:pPr>
        <w:spacing w:before="220" w:after="80" w:line="240" w:lineRule="auto"/>
        <w:jc w:val="center"/>
        <w:rPr>
          <w:rFonts w:asciiTheme="majorHAnsi" w:hAnsiTheme="majorHAnsi" w:cstheme="majorHAnsi"/>
          <w:sz w:val="24"/>
          <w:szCs w:val="24"/>
          <w:lang w:val="pl-PL"/>
        </w:rPr>
      </w:pPr>
      <w:r w:rsidRPr="00307A1D">
        <w:rPr>
          <w:rFonts w:asciiTheme="majorHAnsi" w:hAnsiTheme="majorHAnsi" w:cstheme="majorHAnsi"/>
          <w:b/>
          <w:sz w:val="24"/>
          <w:szCs w:val="24"/>
          <w:lang w:val="pl-PL"/>
        </w:rPr>
        <w:t>FORMULARZ OFERTOWY</w:t>
      </w:r>
    </w:p>
    <w:p w14:paraId="295AAC75" w14:textId="77777777" w:rsidR="00577A24" w:rsidRPr="00307A1D" w:rsidRDefault="00BB7B45" w:rsidP="00000C56">
      <w:pPr>
        <w:spacing w:after="160" w:line="240" w:lineRule="auto"/>
        <w:jc w:val="center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i/>
          <w:sz w:val="22"/>
          <w:lang w:val="pl-PL"/>
        </w:rPr>
        <w:t>roboty budowlano-montażowe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71"/>
        <w:gridCol w:w="7767"/>
      </w:tblGrid>
      <w:tr w:rsidR="00577A24" w:rsidRPr="00307A1D" w14:paraId="402BBFA4" w14:textId="77777777" w:rsidTr="00EB085A">
        <w:trPr>
          <w:cantSplit/>
          <w:jc w:val="center"/>
        </w:trPr>
        <w:tc>
          <w:tcPr>
            <w:tcW w:w="18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696BDAD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ZAMAWIAJĄCY</w:t>
            </w:r>
          </w:p>
        </w:tc>
        <w:tc>
          <w:tcPr>
            <w:tcW w:w="776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1EDAAE3" w14:textId="77777777" w:rsidR="00EB085A" w:rsidRPr="00307A1D" w:rsidRDefault="00BB7B45" w:rsidP="00EB085A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>Polska Akademia Nauk – PAN Biblioteka Kórnicka</w:t>
            </w:r>
            <w:r w:rsidR="00EB085A" w:rsidRPr="00307A1D">
              <w:rPr>
                <w:rFonts w:asciiTheme="majorHAnsi" w:hAnsiTheme="majorHAnsi" w:cstheme="majorHAnsi"/>
                <w:sz w:val="22"/>
                <w:lang w:val="pl-PL"/>
              </w:rPr>
              <w:t xml:space="preserve">, </w:t>
            </w:r>
          </w:p>
          <w:p w14:paraId="2FF76007" w14:textId="31C29C29" w:rsidR="00577A24" w:rsidRPr="00307A1D" w:rsidRDefault="00BB7B45" w:rsidP="00EB085A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>ul. Zamkowa 5, 62-035 Kórnik</w:t>
            </w:r>
          </w:p>
        </w:tc>
      </w:tr>
      <w:tr w:rsidR="00577A24" w:rsidRPr="00307A1D" w14:paraId="3BF67944" w14:textId="77777777" w:rsidTr="00EB085A">
        <w:trPr>
          <w:cantSplit/>
          <w:jc w:val="center"/>
        </w:trPr>
        <w:tc>
          <w:tcPr>
            <w:tcW w:w="18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63BAE9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PRZEDMIOT</w:t>
            </w: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br/>
              <w:t>OFERTY</w:t>
            </w:r>
          </w:p>
        </w:tc>
        <w:tc>
          <w:tcPr>
            <w:tcW w:w="776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2066FA9" w14:textId="77777777" w:rsidR="00577A24" w:rsidRPr="00307A1D" w:rsidRDefault="00BB7B45" w:rsidP="00EB085A">
            <w:pPr>
              <w:spacing w:after="0" w:line="240" w:lineRule="auto"/>
              <w:jc w:val="both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 xml:space="preserve">Roboty budowlano-montażowe w ramach zadania pn. </w:t>
            </w: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„Wykonanie zewnętrznej czerpnio-wyrzutni wraz z kanałami przyłączeniowymi i robotami towarzyszącymi dla instalacji wentylacji mechanicznej Domku Gotyckiego w Pałacu Działyńskich w Poznaniu”</w:t>
            </w:r>
          </w:p>
        </w:tc>
      </w:tr>
    </w:tbl>
    <w:p w14:paraId="7996FB7E" w14:textId="77777777" w:rsidR="00577A24" w:rsidRPr="00307A1D" w:rsidRDefault="00BB7B45" w:rsidP="00000C56">
      <w:pPr>
        <w:pStyle w:val="Nagwek1"/>
        <w:spacing w:before="140" w:after="60" w:line="240" w:lineRule="auto"/>
        <w:rPr>
          <w:rFonts w:cstheme="majorHAnsi"/>
          <w:szCs w:val="22"/>
          <w:lang w:val="pl-PL"/>
        </w:rPr>
      </w:pPr>
      <w:r w:rsidRPr="00307A1D">
        <w:rPr>
          <w:rFonts w:cstheme="majorHAnsi"/>
          <w:szCs w:val="22"/>
          <w:lang w:val="pl-PL"/>
        </w:rPr>
        <w:t>I. DANE WYKONAWCY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91"/>
        <w:gridCol w:w="6747"/>
      </w:tblGrid>
      <w:tr w:rsidR="00577A24" w:rsidRPr="00307A1D" w14:paraId="1F3CE65E" w14:textId="77777777" w:rsidTr="00EB085A">
        <w:trPr>
          <w:cantSplit/>
          <w:trHeight w:val="340"/>
          <w:jc w:val="center"/>
        </w:trPr>
        <w:tc>
          <w:tcPr>
            <w:tcW w:w="2891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303B1027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Pełna nazwa / firma</w:t>
            </w:r>
          </w:p>
        </w:tc>
        <w:tc>
          <w:tcPr>
            <w:tcW w:w="6747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64E779EA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 xml:space="preserve"> </w:t>
            </w:r>
          </w:p>
        </w:tc>
      </w:tr>
      <w:tr w:rsidR="00577A24" w:rsidRPr="00307A1D" w14:paraId="4C09647B" w14:textId="77777777" w:rsidTr="00EB085A">
        <w:trPr>
          <w:cantSplit/>
          <w:trHeight w:val="340"/>
          <w:jc w:val="center"/>
        </w:trPr>
        <w:tc>
          <w:tcPr>
            <w:tcW w:w="2891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7E5E6E40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Adres siedziby</w:t>
            </w:r>
          </w:p>
        </w:tc>
        <w:tc>
          <w:tcPr>
            <w:tcW w:w="6747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07B87FBF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 xml:space="preserve"> </w:t>
            </w:r>
          </w:p>
        </w:tc>
      </w:tr>
      <w:tr w:rsidR="00577A24" w:rsidRPr="00307A1D" w14:paraId="3A6F81E0" w14:textId="77777777" w:rsidTr="00EB085A">
        <w:trPr>
          <w:cantSplit/>
          <w:trHeight w:val="340"/>
          <w:jc w:val="center"/>
        </w:trPr>
        <w:tc>
          <w:tcPr>
            <w:tcW w:w="2891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1F608EF7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NIP</w:t>
            </w:r>
          </w:p>
        </w:tc>
        <w:tc>
          <w:tcPr>
            <w:tcW w:w="6747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565949C2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 xml:space="preserve"> </w:t>
            </w:r>
          </w:p>
        </w:tc>
      </w:tr>
      <w:tr w:rsidR="00577A24" w:rsidRPr="00307A1D" w14:paraId="1585F6FF" w14:textId="77777777" w:rsidTr="00EB085A">
        <w:trPr>
          <w:cantSplit/>
          <w:trHeight w:val="340"/>
          <w:jc w:val="center"/>
        </w:trPr>
        <w:tc>
          <w:tcPr>
            <w:tcW w:w="2891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62D64584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REGON / KRS / CEIDG</w:t>
            </w:r>
          </w:p>
        </w:tc>
        <w:tc>
          <w:tcPr>
            <w:tcW w:w="6747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5135BC4F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 xml:space="preserve"> </w:t>
            </w:r>
          </w:p>
        </w:tc>
      </w:tr>
      <w:tr w:rsidR="00577A24" w:rsidRPr="00307A1D" w14:paraId="18C5CB4B" w14:textId="77777777" w:rsidTr="00EB085A">
        <w:trPr>
          <w:cantSplit/>
          <w:trHeight w:val="340"/>
          <w:jc w:val="center"/>
        </w:trPr>
        <w:tc>
          <w:tcPr>
            <w:tcW w:w="2891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4F615560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Telefon</w:t>
            </w:r>
          </w:p>
        </w:tc>
        <w:tc>
          <w:tcPr>
            <w:tcW w:w="6747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64151B50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 xml:space="preserve"> </w:t>
            </w:r>
          </w:p>
        </w:tc>
      </w:tr>
      <w:tr w:rsidR="00577A24" w:rsidRPr="00307A1D" w14:paraId="3ACB464B" w14:textId="77777777" w:rsidTr="00EB085A">
        <w:trPr>
          <w:cantSplit/>
          <w:trHeight w:val="340"/>
          <w:jc w:val="center"/>
        </w:trPr>
        <w:tc>
          <w:tcPr>
            <w:tcW w:w="2891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7714C00E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E-mail</w:t>
            </w:r>
          </w:p>
        </w:tc>
        <w:tc>
          <w:tcPr>
            <w:tcW w:w="6747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7218C1AF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 xml:space="preserve"> </w:t>
            </w:r>
          </w:p>
        </w:tc>
      </w:tr>
      <w:tr w:rsidR="00577A24" w:rsidRPr="00307A1D" w14:paraId="4AA7E2C5" w14:textId="77777777" w:rsidTr="00EB085A">
        <w:trPr>
          <w:cantSplit/>
          <w:trHeight w:val="340"/>
          <w:jc w:val="center"/>
        </w:trPr>
        <w:tc>
          <w:tcPr>
            <w:tcW w:w="2891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23547E7E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Osoba upoważniona do kontaktu</w:t>
            </w:r>
          </w:p>
        </w:tc>
        <w:tc>
          <w:tcPr>
            <w:tcW w:w="6747" w:type="dxa"/>
            <w:tcMar>
              <w:top w:w="72" w:type="dxa"/>
              <w:left w:w="100" w:type="dxa"/>
              <w:bottom w:w="72" w:type="dxa"/>
              <w:right w:w="100" w:type="dxa"/>
            </w:tcMar>
            <w:vAlign w:val="center"/>
          </w:tcPr>
          <w:p w14:paraId="7B857A0B" w14:textId="77777777" w:rsidR="00577A24" w:rsidRPr="00307A1D" w:rsidRDefault="00BB7B45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 xml:space="preserve"> </w:t>
            </w:r>
          </w:p>
        </w:tc>
      </w:tr>
    </w:tbl>
    <w:p w14:paraId="25B37343" w14:textId="77777777" w:rsidR="008D541D" w:rsidRPr="00307A1D" w:rsidRDefault="008D541D" w:rsidP="00000C56">
      <w:pPr>
        <w:spacing w:line="240" w:lineRule="auto"/>
        <w:rPr>
          <w:rFonts w:asciiTheme="majorHAnsi" w:hAnsiTheme="majorHAnsi" w:cstheme="majorHAnsi"/>
          <w:sz w:val="22"/>
          <w:lang w:val="pl-PL"/>
        </w:rPr>
      </w:pPr>
    </w:p>
    <w:p w14:paraId="7059A70E" w14:textId="77777777" w:rsidR="00577A24" w:rsidRPr="00307A1D" w:rsidRDefault="00BB7B45" w:rsidP="00000C56">
      <w:pPr>
        <w:pStyle w:val="Nagwek1"/>
        <w:spacing w:before="140" w:after="60" w:line="240" w:lineRule="auto"/>
        <w:rPr>
          <w:rFonts w:cstheme="majorHAnsi"/>
          <w:szCs w:val="22"/>
          <w:lang w:val="pl-PL"/>
        </w:rPr>
      </w:pPr>
      <w:r w:rsidRPr="00307A1D">
        <w:rPr>
          <w:rFonts w:cstheme="majorHAnsi"/>
          <w:szCs w:val="22"/>
          <w:lang w:val="pl-PL"/>
        </w:rPr>
        <w:t>II. OFERTA CENOWA</w:t>
      </w:r>
    </w:p>
    <w:p w14:paraId="3A6ABC7F" w14:textId="77777777" w:rsidR="00577A24" w:rsidRPr="00307A1D" w:rsidRDefault="00BB7B45" w:rsidP="00000C56">
      <w:pPr>
        <w:spacing w:after="80" w:line="240" w:lineRule="auto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Oferujemy wykonanie całości przedmiotu zamówienia za następującą cenę: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08"/>
        <w:gridCol w:w="1927"/>
        <w:gridCol w:w="2381"/>
        <w:gridCol w:w="2721"/>
      </w:tblGrid>
      <w:tr w:rsidR="00577A24" w:rsidRPr="00307A1D" w14:paraId="2BBBAE9D" w14:textId="77777777" w:rsidTr="00EB085A">
        <w:trPr>
          <w:cantSplit/>
          <w:tblHeader/>
          <w:jc w:val="center"/>
        </w:trPr>
        <w:tc>
          <w:tcPr>
            <w:tcW w:w="2608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BCE2A15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Cena netto (zł)</w:t>
            </w:r>
          </w:p>
        </w:tc>
        <w:tc>
          <w:tcPr>
            <w:tcW w:w="1927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F312838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Stawka VAT (%)</w:t>
            </w:r>
          </w:p>
        </w:tc>
        <w:tc>
          <w:tcPr>
            <w:tcW w:w="2381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BE0B5D9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Kwota VAT (zł)</w:t>
            </w:r>
          </w:p>
        </w:tc>
        <w:tc>
          <w:tcPr>
            <w:tcW w:w="2721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6AD26F1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Cena brutto (zł)</w:t>
            </w:r>
          </w:p>
        </w:tc>
      </w:tr>
      <w:tr w:rsidR="00577A24" w:rsidRPr="00307A1D" w14:paraId="53AFAF06" w14:textId="77777777" w:rsidTr="00EB085A">
        <w:trPr>
          <w:cantSplit/>
          <w:trHeight w:val="340"/>
          <w:jc w:val="center"/>
        </w:trPr>
        <w:tc>
          <w:tcPr>
            <w:tcW w:w="2608" w:type="dxa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5A268650" w14:textId="77777777" w:rsidR="00577A24" w:rsidRPr="00307A1D" w:rsidRDefault="00577A24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  <w:tc>
          <w:tcPr>
            <w:tcW w:w="1927" w:type="dxa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12FB9DA2" w14:textId="77777777" w:rsidR="00577A24" w:rsidRPr="00307A1D" w:rsidRDefault="00577A24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  <w:tc>
          <w:tcPr>
            <w:tcW w:w="2381" w:type="dxa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59DAF8E9" w14:textId="77777777" w:rsidR="00577A24" w:rsidRPr="00307A1D" w:rsidRDefault="00577A24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  <w:tc>
          <w:tcPr>
            <w:tcW w:w="2721" w:type="dxa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408BF12A" w14:textId="77777777" w:rsidR="00577A24" w:rsidRPr="00307A1D" w:rsidRDefault="00577A24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</w:tr>
    </w:tbl>
    <w:p w14:paraId="15DA600F" w14:textId="77777777" w:rsidR="00577A24" w:rsidRPr="00307A1D" w:rsidRDefault="00BB7B45" w:rsidP="00000C56">
      <w:pPr>
        <w:spacing w:before="80" w:after="40" w:line="240" w:lineRule="auto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b/>
          <w:sz w:val="22"/>
          <w:lang w:val="pl-PL"/>
        </w:rPr>
        <w:t xml:space="preserve">Cena brutto słownie: </w:t>
      </w:r>
      <w:r w:rsidRPr="00307A1D">
        <w:rPr>
          <w:rFonts w:asciiTheme="majorHAnsi" w:hAnsiTheme="majorHAnsi" w:cstheme="majorHAnsi"/>
          <w:sz w:val="22"/>
          <w:lang w:val="pl-PL"/>
        </w:rPr>
        <w:t>................................................................................................................</w:t>
      </w:r>
    </w:p>
    <w:p w14:paraId="75A3E1FC" w14:textId="77777777" w:rsidR="00577A24" w:rsidRPr="00307A1D" w:rsidRDefault="00BB7B45" w:rsidP="00000C56">
      <w:pPr>
        <w:spacing w:after="40" w:line="240" w:lineRule="auto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........................................................................................................................</w:t>
      </w:r>
    </w:p>
    <w:p w14:paraId="2B2165C7" w14:textId="77777777" w:rsidR="00577A24" w:rsidRPr="00307A1D" w:rsidRDefault="00BB7B45" w:rsidP="00000C56">
      <w:pPr>
        <w:spacing w:line="240" w:lineRule="auto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b/>
          <w:sz w:val="22"/>
          <w:lang w:val="pl-PL"/>
        </w:rPr>
        <w:t xml:space="preserve">Uwaga: </w:t>
      </w:r>
      <w:r w:rsidRPr="00307A1D">
        <w:rPr>
          <w:rFonts w:asciiTheme="majorHAnsi" w:hAnsiTheme="majorHAnsi" w:cstheme="majorHAnsi"/>
          <w:sz w:val="22"/>
          <w:lang w:val="pl-PL"/>
        </w:rPr>
        <w:t>wszystkie kwoty należy podać w złotych polskich z dokładnością do dwóch miejsc po przecinku.</w:t>
      </w:r>
    </w:p>
    <w:p w14:paraId="3B4A460E" w14:textId="77777777" w:rsidR="008D541D" w:rsidRPr="00307A1D" w:rsidRDefault="008D541D" w:rsidP="00000C56">
      <w:pPr>
        <w:spacing w:line="240" w:lineRule="auto"/>
        <w:rPr>
          <w:rFonts w:asciiTheme="majorHAnsi" w:hAnsiTheme="majorHAnsi" w:cstheme="majorHAnsi"/>
          <w:sz w:val="22"/>
          <w:lang w:val="pl-PL"/>
        </w:rPr>
      </w:pPr>
    </w:p>
    <w:p w14:paraId="2B6E5ADB" w14:textId="77777777" w:rsidR="00577A24" w:rsidRPr="00307A1D" w:rsidRDefault="00BB7B45" w:rsidP="00000C56">
      <w:pPr>
        <w:pStyle w:val="Nagwek1"/>
        <w:spacing w:before="140" w:after="60" w:line="240" w:lineRule="auto"/>
        <w:rPr>
          <w:rFonts w:cstheme="majorHAnsi"/>
          <w:szCs w:val="22"/>
          <w:lang w:val="pl-PL"/>
        </w:rPr>
      </w:pPr>
      <w:r w:rsidRPr="00307A1D">
        <w:rPr>
          <w:rFonts w:cstheme="majorHAnsi"/>
          <w:szCs w:val="22"/>
          <w:lang w:val="pl-PL"/>
        </w:rPr>
        <w:t>III. OŚWIADCZENIA WYKONAWCY</w:t>
      </w:r>
    </w:p>
    <w:p w14:paraId="43A0603F" w14:textId="77777777" w:rsidR="00577A24" w:rsidRPr="00307A1D" w:rsidRDefault="00BB7B45" w:rsidP="00000C56">
      <w:pPr>
        <w:pStyle w:val="Listanumerowana"/>
        <w:keepLines/>
        <w:numPr>
          <w:ilvl w:val="0"/>
          <w:numId w:val="10"/>
        </w:numPr>
        <w:spacing w:after="44" w:line="240" w:lineRule="auto"/>
        <w:jc w:val="both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Zapoznaliśmy się z Zaproszeniem do składania ofert oraz całą udostępnioną dokumentacją zamówienia, w tym z Opisem przedmiotu zamówienia, dokumentacją projektową obejmującą wszystkie przekazane rysunki, Specyfikacją Techniczną Wykonania i Odbioru Robót Budowlanych, przedmiarem robót i wzorem umowy, i nie wnosimy do nich zastrzeżeń.</w:t>
      </w:r>
    </w:p>
    <w:p w14:paraId="7A991ECF" w14:textId="77777777" w:rsidR="00577A24" w:rsidRPr="00307A1D" w:rsidRDefault="00BB7B45" w:rsidP="00000C56">
      <w:pPr>
        <w:pStyle w:val="Listanumerowana"/>
        <w:keepLines/>
        <w:numPr>
          <w:ilvl w:val="0"/>
          <w:numId w:val="10"/>
        </w:numPr>
        <w:spacing w:after="44" w:line="240" w:lineRule="auto"/>
        <w:jc w:val="both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Uzyskaliśmy wszystkie informacje niezbędne do przygotowania oferty i należytego wykonania zamówienia.</w:t>
      </w:r>
    </w:p>
    <w:p w14:paraId="5F3FE7CE" w14:textId="77777777" w:rsidR="00577A24" w:rsidRPr="00307A1D" w:rsidRDefault="00BB7B45" w:rsidP="00000C56">
      <w:pPr>
        <w:pStyle w:val="Listanumerowana"/>
        <w:keepLines/>
        <w:numPr>
          <w:ilvl w:val="0"/>
          <w:numId w:val="10"/>
        </w:numPr>
        <w:spacing w:after="44" w:line="240" w:lineRule="auto"/>
        <w:jc w:val="both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lastRenderedPageBreak/>
        <w:t>Podana cena obejmuje cały zakres zamówienia oraz wszystkie koszty niezbędne do jego prawidłowego wykonania, w tym koszty materiałów, robocizny, sprzętu, transportu, zabezpieczenia miejsca robót, prac instalacyjnych, budowlanych, wykończeniowych i odtworzeniowych, prób, pomiarów, dokumentacji odbiorowej oraz uporządkowania miejsca realizacji.</w:t>
      </w:r>
    </w:p>
    <w:p w14:paraId="31ACA660" w14:textId="77777777" w:rsidR="00577A24" w:rsidRPr="00307A1D" w:rsidRDefault="00BB7B45" w:rsidP="00000C56">
      <w:pPr>
        <w:pStyle w:val="Listanumerowana"/>
        <w:keepLines/>
        <w:numPr>
          <w:ilvl w:val="0"/>
          <w:numId w:val="10"/>
        </w:numPr>
        <w:spacing w:after="44" w:line="240" w:lineRule="auto"/>
        <w:jc w:val="both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Zobowiązujemy się wykonać zamówienie w terminie oraz na warunkach określonych w Zaproszeniu do składania ofert i wzorze umowy.</w:t>
      </w:r>
    </w:p>
    <w:p w14:paraId="477770DD" w14:textId="77777777" w:rsidR="00577A24" w:rsidRPr="00307A1D" w:rsidRDefault="00BB7B45" w:rsidP="00DA1852">
      <w:pPr>
        <w:pStyle w:val="Listanumerowana"/>
        <w:keepLines/>
        <w:numPr>
          <w:ilvl w:val="0"/>
          <w:numId w:val="10"/>
        </w:numPr>
        <w:spacing w:after="44" w:line="240" w:lineRule="auto"/>
        <w:jc w:val="both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Akceptujemy wymagany przez Zamawiającego 24-miesięczny okres gwarancji jakości oraz warunki rękojmi za wady określone we wzorze umowy.</w:t>
      </w:r>
    </w:p>
    <w:p w14:paraId="4C31ACC5" w14:textId="77777777" w:rsidR="00577A24" w:rsidRPr="00307A1D" w:rsidRDefault="00BB7B45" w:rsidP="00DA1852">
      <w:pPr>
        <w:pStyle w:val="Listanumerowana"/>
        <w:keepLines/>
        <w:numPr>
          <w:ilvl w:val="0"/>
          <w:numId w:val="10"/>
        </w:numPr>
        <w:spacing w:after="44" w:line="240" w:lineRule="auto"/>
        <w:jc w:val="both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Akceptujemy wzór umowy i w razie wyboru naszej oferty zobowiązujemy się do zawarcia umowy w miejscu i terminie wskazanym przez Zamawiającego.</w:t>
      </w:r>
    </w:p>
    <w:p w14:paraId="28BDDD48" w14:textId="77777777" w:rsidR="00577A24" w:rsidRPr="00307A1D" w:rsidRDefault="00BB7B45" w:rsidP="00DA1852">
      <w:pPr>
        <w:pStyle w:val="Listanumerowana"/>
        <w:keepLines/>
        <w:numPr>
          <w:ilvl w:val="0"/>
          <w:numId w:val="10"/>
        </w:numPr>
        <w:spacing w:after="44" w:line="240" w:lineRule="auto"/>
        <w:jc w:val="both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Pozostajemy związani niniejszą ofertą przez okres wskazany w Zaproszeniu do składania ofert.</w:t>
      </w:r>
    </w:p>
    <w:p w14:paraId="16DED339" w14:textId="77777777" w:rsidR="00577A24" w:rsidRPr="00307A1D" w:rsidRDefault="00BB7B45" w:rsidP="00DA1852">
      <w:pPr>
        <w:pStyle w:val="Listanumerowana"/>
        <w:keepLines/>
        <w:numPr>
          <w:ilvl w:val="0"/>
          <w:numId w:val="10"/>
        </w:numPr>
        <w:spacing w:after="44" w:line="240" w:lineRule="auto"/>
        <w:jc w:val="both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Spełniamy warunek doświadczenia określony w Zaproszeniu do składania ofert, a roboty wskazane w części IV formularza zostały wykonane należycie.</w:t>
      </w:r>
    </w:p>
    <w:p w14:paraId="7D59F0CB" w14:textId="77777777" w:rsidR="00577A24" w:rsidRPr="00307A1D" w:rsidRDefault="00BB7B45" w:rsidP="00DA1852">
      <w:pPr>
        <w:pStyle w:val="Listanumerowana"/>
        <w:keepLines/>
        <w:numPr>
          <w:ilvl w:val="0"/>
          <w:numId w:val="10"/>
        </w:numPr>
        <w:spacing w:after="44" w:line="240" w:lineRule="auto"/>
        <w:jc w:val="both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Oświadczamy, że nie zachodzą wobec nas przesłanki wykluczenia określone w art. 7 ust. 1 ustawy z dnia 13 kwietnia 2022 r. o szczególnych rozwiązaniach w zakresie przeciwdziałania wspieraniu agresji na Ukrainę oraz służących ochronie bezpieczeństwa narodowego.</w:t>
      </w:r>
    </w:p>
    <w:p w14:paraId="7E7799B2" w14:textId="77777777" w:rsidR="00577A24" w:rsidRPr="00307A1D" w:rsidRDefault="00BB7B45" w:rsidP="00DA1852">
      <w:pPr>
        <w:pStyle w:val="Listanumerowana"/>
        <w:keepLines/>
        <w:numPr>
          <w:ilvl w:val="0"/>
          <w:numId w:val="10"/>
        </w:numPr>
        <w:spacing w:after="44" w:line="240" w:lineRule="auto"/>
        <w:jc w:val="both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Oświadczamy, że informacje podane w ofercie i załącznikach są aktualne i zgodne ze stanem faktycznym.</w:t>
      </w:r>
    </w:p>
    <w:p w14:paraId="4D504EE7" w14:textId="77777777" w:rsidR="008D541D" w:rsidRPr="00307A1D" w:rsidRDefault="008D541D" w:rsidP="00000C56">
      <w:pPr>
        <w:spacing w:line="240" w:lineRule="auto"/>
        <w:rPr>
          <w:rFonts w:asciiTheme="majorHAnsi" w:hAnsiTheme="majorHAnsi" w:cstheme="majorHAnsi"/>
          <w:sz w:val="22"/>
          <w:lang w:val="pl-PL"/>
        </w:rPr>
      </w:pPr>
    </w:p>
    <w:p w14:paraId="1CEFDCE5" w14:textId="77777777" w:rsidR="00577A24" w:rsidRPr="00307A1D" w:rsidRDefault="00BB7B45" w:rsidP="00000C56">
      <w:pPr>
        <w:pStyle w:val="Nagwek1"/>
        <w:spacing w:before="140" w:after="60" w:line="240" w:lineRule="auto"/>
        <w:rPr>
          <w:rFonts w:cstheme="majorHAnsi"/>
          <w:szCs w:val="22"/>
          <w:lang w:val="pl-PL"/>
        </w:rPr>
      </w:pPr>
      <w:r w:rsidRPr="00307A1D">
        <w:rPr>
          <w:rFonts w:cstheme="majorHAnsi"/>
          <w:szCs w:val="22"/>
          <w:lang w:val="pl-PL"/>
        </w:rPr>
        <w:t>IV. DOŚWIADCZENIE WYKONAWCY</w:t>
      </w:r>
    </w:p>
    <w:p w14:paraId="38FA0306" w14:textId="3A79A5F8" w:rsidR="00577A24" w:rsidRPr="00307A1D" w:rsidRDefault="00BB7B45" w:rsidP="00000C56">
      <w:pPr>
        <w:spacing w:line="240" w:lineRule="auto"/>
        <w:jc w:val="both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Należy wskazać co najmniej jedną należycie wykonaną robotę budowlaną polegającą na wykonaniu lub przebudowie instalacji wentylacji mechanicznej wraz z kanałami wentylacyjnymi, o wartości minimum 20</w:t>
      </w:r>
      <w:r w:rsidR="00EB085A" w:rsidRPr="00307A1D">
        <w:rPr>
          <w:rFonts w:asciiTheme="majorHAnsi" w:hAnsiTheme="majorHAnsi" w:cstheme="majorHAnsi"/>
          <w:sz w:val="22"/>
          <w:lang w:val="pl-PL"/>
        </w:rPr>
        <w:t> </w:t>
      </w:r>
      <w:r w:rsidRPr="00307A1D">
        <w:rPr>
          <w:rFonts w:asciiTheme="majorHAnsi" w:hAnsiTheme="majorHAnsi" w:cstheme="majorHAnsi"/>
          <w:sz w:val="22"/>
          <w:lang w:val="pl-PL"/>
        </w:rPr>
        <w:t>000,00 zł brutto, oraz dołączyć dowód jej należytego wykonania, np. referencję albo protokół odbioru.</w:t>
      </w:r>
    </w:p>
    <w:tbl>
      <w:tblPr>
        <w:tblStyle w:val="Tabela-Siatka"/>
        <w:tblW w:w="96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896"/>
        <w:gridCol w:w="1360"/>
        <w:gridCol w:w="1417"/>
        <w:gridCol w:w="3402"/>
      </w:tblGrid>
      <w:tr w:rsidR="00577A24" w:rsidRPr="00307A1D" w14:paraId="67795EDC" w14:textId="77777777" w:rsidTr="00EB085A">
        <w:trPr>
          <w:cantSplit/>
          <w:tblHeader/>
          <w:jc w:val="center"/>
        </w:trPr>
        <w:tc>
          <w:tcPr>
            <w:tcW w:w="562" w:type="dxa"/>
          </w:tcPr>
          <w:p w14:paraId="6A52E21B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Lp.</w:t>
            </w:r>
          </w:p>
        </w:tc>
        <w:tc>
          <w:tcPr>
            <w:tcW w:w="2896" w:type="dxa"/>
          </w:tcPr>
          <w:p w14:paraId="08B9195A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Przedmiot i zakres roboty</w:t>
            </w:r>
          </w:p>
        </w:tc>
        <w:tc>
          <w:tcPr>
            <w:tcW w:w="1360" w:type="dxa"/>
          </w:tcPr>
          <w:p w14:paraId="400E489E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Wartość brutto</w:t>
            </w:r>
          </w:p>
        </w:tc>
        <w:tc>
          <w:tcPr>
            <w:tcW w:w="1417" w:type="dxa"/>
          </w:tcPr>
          <w:p w14:paraId="7F04B4B4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Termin wykonania</w:t>
            </w:r>
          </w:p>
        </w:tc>
        <w:tc>
          <w:tcPr>
            <w:tcW w:w="3402" w:type="dxa"/>
          </w:tcPr>
          <w:p w14:paraId="72955F63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Podmiot, na rzecz którego wykonano robotę</w:t>
            </w:r>
          </w:p>
        </w:tc>
      </w:tr>
      <w:tr w:rsidR="00577A24" w:rsidRPr="00307A1D" w14:paraId="4905FC17" w14:textId="77777777" w:rsidTr="00051990">
        <w:trPr>
          <w:cantSplit/>
          <w:trHeight w:val="397"/>
          <w:jc w:val="center"/>
        </w:trPr>
        <w:tc>
          <w:tcPr>
            <w:tcW w:w="56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6390E8A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>1</w:t>
            </w:r>
          </w:p>
        </w:tc>
        <w:tc>
          <w:tcPr>
            <w:tcW w:w="2896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5EF9E32" w14:textId="77777777" w:rsidR="00577A24" w:rsidRPr="00307A1D" w:rsidRDefault="00577A24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  <w:tc>
          <w:tcPr>
            <w:tcW w:w="136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94CABE" w14:textId="77777777" w:rsidR="00577A24" w:rsidRPr="00307A1D" w:rsidRDefault="00577A24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  <w:tc>
          <w:tcPr>
            <w:tcW w:w="141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B32A80D" w14:textId="77777777" w:rsidR="00577A24" w:rsidRPr="00307A1D" w:rsidRDefault="00577A24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  <w:tc>
          <w:tcPr>
            <w:tcW w:w="340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165CA12" w14:textId="77777777" w:rsidR="00577A24" w:rsidRPr="00307A1D" w:rsidRDefault="00577A24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</w:tr>
      <w:tr w:rsidR="00577A24" w:rsidRPr="00307A1D" w14:paraId="3F507C0F" w14:textId="77777777" w:rsidTr="00051990">
        <w:trPr>
          <w:cantSplit/>
          <w:trHeight w:val="397"/>
          <w:jc w:val="center"/>
        </w:trPr>
        <w:tc>
          <w:tcPr>
            <w:tcW w:w="56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A4D93F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>2</w:t>
            </w:r>
          </w:p>
        </w:tc>
        <w:tc>
          <w:tcPr>
            <w:tcW w:w="2896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02F0607" w14:textId="77777777" w:rsidR="00577A24" w:rsidRPr="00307A1D" w:rsidRDefault="00577A24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  <w:tc>
          <w:tcPr>
            <w:tcW w:w="1360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707009A" w14:textId="77777777" w:rsidR="00577A24" w:rsidRPr="00307A1D" w:rsidRDefault="00577A24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  <w:tc>
          <w:tcPr>
            <w:tcW w:w="1417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2AEE76A" w14:textId="77777777" w:rsidR="00577A24" w:rsidRPr="00307A1D" w:rsidRDefault="00577A24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  <w:tc>
          <w:tcPr>
            <w:tcW w:w="340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AF0B4AF" w14:textId="77777777" w:rsidR="00577A24" w:rsidRPr="00307A1D" w:rsidRDefault="00577A24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</w:tr>
    </w:tbl>
    <w:p w14:paraId="0DB4272A" w14:textId="77777777" w:rsidR="008D541D" w:rsidRPr="00307A1D" w:rsidRDefault="008D541D" w:rsidP="00051990">
      <w:pPr>
        <w:spacing w:after="0" w:line="240" w:lineRule="auto"/>
        <w:rPr>
          <w:rFonts w:asciiTheme="majorHAnsi" w:hAnsiTheme="majorHAnsi" w:cstheme="majorHAnsi"/>
          <w:sz w:val="22"/>
          <w:lang w:val="pl-PL"/>
        </w:rPr>
      </w:pPr>
    </w:p>
    <w:p w14:paraId="534F3652" w14:textId="77777777" w:rsidR="00577A24" w:rsidRPr="00307A1D" w:rsidRDefault="00BB7B45" w:rsidP="00000C56">
      <w:pPr>
        <w:pStyle w:val="Nagwek1"/>
        <w:spacing w:before="140" w:after="60" w:line="240" w:lineRule="auto"/>
        <w:rPr>
          <w:rFonts w:cstheme="majorHAnsi"/>
          <w:szCs w:val="22"/>
          <w:lang w:val="pl-PL"/>
        </w:rPr>
      </w:pPr>
      <w:r w:rsidRPr="00307A1D">
        <w:rPr>
          <w:rFonts w:cstheme="majorHAnsi"/>
          <w:szCs w:val="22"/>
          <w:lang w:val="pl-PL"/>
        </w:rPr>
        <w:t>V. PODWYKONAWCY</w:t>
      </w:r>
    </w:p>
    <w:p w14:paraId="20E3CD3F" w14:textId="77777777" w:rsidR="00577A24" w:rsidRPr="00307A1D" w:rsidRDefault="00BB7B45" w:rsidP="00000C56">
      <w:pPr>
        <w:spacing w:line="240" w:lineRule="auto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 xml:space="preserve">Zamierzamy powierzyć podwykonawcom wykonanie części zamówienia:  </w:t>
      </w:r>
      <w:sdt>
        <w:sdtPr>
          <w:rPr>
            <w:rFonts w:asciiTheme="majorHAnsi" w:hAnsiTheme="majorHAnsi" w:cstheme="majorHAnsi"/>
            <w:sz w:val="22"/>
            <w:lang w:val="pl-PL"/>
          </w:rPr>
          <w:id w:val="-309022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41D" w:rsidRPr="00307A1D">
            <w:rPr>
              <w:rFonts w:ascii="Segoe UI Symbol" w:eastAsia="MS Gothic" w:hAnsi="Segoe UI Symbol" w:cs="Segoe UI Symbol"/>
              <w:sz w:val="22"/>
              <w:lang w:val="pl-PL"/>
            </w:rPr>
            <w:t>☐</w:t>
          </w:r>
        </w:sdtContent>
      </w:sdt>
      <w:r w:rsidRPr="00307A1D">
        <w:rPr>
          <w:rFonts w:asciiTheme="majorHAnsi" w:hAnsiTheme="majorHAnsi" w:cstheme="majorHAnsi"/>
          <w:b/>
          <w:sz w:val="22"/>
          <w:lang w:val="pl-PL"/>
        </w:rPr>
        <w:t xml:space="preserve">NIE    </w:t>
      </w:r>
      <w:sdt>
        <w:sdtPr>
          <w:rPr>
            <w:rFonts w:asciiTheme="majorHAnsi" w:hAnsiTheme="majorHAnsi" w:cstheme="majorHAnsi"/>
            <w:b/>
            <w:sz w:val="22"/>
            <w:lang w:val="pl-PL"/>
          </w:rPr>
          <w:id w:val="16687421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41D" w:rsidRPr="00307A1D">
            <w:rPr>
              <w:rFonts w:ascii="Segoe UI Symbol" w:eastAsia="MS Gothic" w:hAnsi="Segoe UI Symbol" w:cs="Segoe UI Symbol"/>
              <w:b/>
              <w:sz w:val="22"/>
              <w:lang w:val="pl-PL"/>
            </w:rPr>
            <w:t>☐</w:t>
          </w:r>
        </w:sdtContent>
      </w:sdt>
      <w:r w:rsidRPr="00307A1D">
        <w:rPr>
          <w:rFonts w:asciiTheme="majorHAnsi" w:hAnsiTheme="majorHAnsi" w:cstheme="majorHAnsi"/>
          <w:b/>
          <w:sz w:val="22"/>
          <w:lang w:val="pl-PL"/>
        </w:rPr>
        <w:t>TAK</w:t>
      </w:r>
    </w:p>
    <w:p w14:paraId="5E459B1D" w14:textId="77777777" w:rsidR="008D541D" w:rsidRPr="00307A1D" w:rsidRDefault="008D541D" w:rsidP="00051990">
      <w:pPr>
        <w:spacing w:after="0" w:line="240" w:lineRule="auto"/>
        <w:rPr>
          <w:rFonts w:asciiTheme="majorHAnsi" w:hAnsiTheme="majorHAnsi" w:cstheme="majorHAnsi"/>
          <w:sz w:val="22"/>
          <w:lang w:val="pl-PL"/>
        </w:rPr>
      </w:pPr>
    </w:p>
    <w:p w14:paraId="2F5C8E57" w14:textId="77777777" w:rsidR="00577A24" w:rsidRPr="00307A1D" w:rsidRDefault="00BB7B45" w:rsidP="00000C56">
      <w:pPr>
        <w:spacing w:line="240" w:lineRule="auto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sz w:val="22"/>
          <w:lang w:val="pl-PL"/>
        </w:rPr>
        <w:t>Jeżeli zaznaczono „TAK”, należy wskazać zakres oraz – o ile jest znana – nazwę podwykonawcy: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0"/>
        <w:gridCol w:w="4479"/>
        <w:gridCol w:w="4479"/>
      </w:tblGrid>
      <w:tr w:rsidR="00577A24" w:rsidRPr="00307A1D" w14:paraId="599918E8" w14:textId="77777777" w:rsidTr="00EB085A">
        <w:trPr>
          <w:cantSplit/>
          <w:tblHeader/>
          <w:jc w:val="center"/>
        </w:trPr>
        <w:tc>
          <w:tcPr>
            <w:tcW w:w="680" w:type="dxa"/>
          </w:tcPr>
          <w:p w14:paraId="0CCD5B2D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Lp.</w:t>
            </w:r>
          </w:p>
        </w:tc>
        <w:tc>
          <w:tcPr>
            <w:tcW w:w="4479" w:type="dxa"/>
          </w:tcPr>
          <w:p w14:paraId="3D2F9056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Zakres powierzanych robót</w:t>
            </w:r>
          </w:p>
        </w:tc>
        <w:tc>
          <w:tcPr>
            <w:tcW w:w="4479" w:type="dxa"/>
          </w:tcPr>
          <w:p w14:paraId="64C0F58D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b/>
                <w:sz w:val="22"/>
                <w:lang w:val="pl-PL"/>
              </w:rPr>
              <w:t>Nazwa podwykonawcy (jeżeli jest znana)</w:t>
            </w:r>
          </w:p>
        </w:tc>
      </w:tr>
      <w:tr w:rsidR="00577A24" w:rsidRPr="00307A1D" w14:paraId="55886CD3" w14:textId="77777777" w:rsidTr="00051990">
        <w:trPr>
          <w:cantSplit/>
          <w:trHeight w:val="340"/>
          <w:jc w:val="center"/>
        </w:trPr>
        <w:tc>
          <w:tcPr>
            <w:tcW w:w="680" w:type="dxa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615D71B1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>1</w:t>
            </w:r>
          </w:p>
        </w:tc>
        <w:tc>
          <w:tcPr>
            <w:tcW w:w="4479" w:type="dxa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58DF8557" w14:textId="77777777" w:rsidR="00577A24" w:rsidRPr="00307A1D" w:rsidRDefault="00577A24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  <w:tc>
          <w:tcPr>
            <w:tcW w:w="4479" w:type="dxa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120B45FB" w14:textId="77777777" w:rsidR="00577A24" w:rsidRPr="00307A1D" w:rsidRDefault="00577A24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</w:tr>
      <w:tr w:rsidR="00577A24" w:rsidRPr="00307A1D" w14:paraId="113A2265" w14:textId="77777777" w:rsidTr="00051990">
        <w:trPr>
          <w:cantSplit/>
          <w:trHeight w:val="340"/>
          <w:jc w:val="center"/>
        </w:trPr>
        <w:tc>
          <w:tcPr>
            <w:tcW w:w="680" w:type="dxa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6DC3AECB" w14:textId="77777777" w:rsidR="00577A24" w:rsidRPr="00307A1D" w:rsidRDefault="00BB7B45" w:rsidP="00000C56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2"/>
                <w:lang w:val="pl-PL"/>
              </w:rPr>
            </w:pPr>
            <w:r w:rsidRPr="00307A1D">
              <w:rPr>
                <w:rFonts w:asciiTheme="majorHAnsi" w:hAnsiTheme="majorHAnsi" w:cstheme="majorHAnsi"/>
                <w:sz w:val="22"/>
                <w:lang w:val="pl-PL"/>
              </w:rPr>
              <w:t>2</w:t>
            </w:r>
          </w:p>
        </w:tc>
        <w:tc>
          <w:tcPr>
            <w:tcW w:w="4479" w:type="dxa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0715A147" w14:textId="77777777" w:rsidR="00577A24" w:rsidRPr="00307A1D" w:rsidRDefault="00577A24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  <w:tc>
          <w:tcPr>
            <w:tcW w:w="4479" w:type="dxa"/>
            <w:tcMar>
              <w:top w:w="110" w:type="dxa"/>
              <w:left w:w="100" w:type="dxa"/>
              <w:bottom w:w="110" w:type="dxa"/>
              <w:right w:w="100" w:type="dxa"/>
            </w:tcMar>
            <w:vAlign w:val="center"/>
          </w:tcPr>
          <w:p w14:paraId="63D8DA43" w14:textId="77777777" w:rsidR="00577A24" w:rsidRPr="00307A1D" w:rsidRDefault="00577A24" w:rsidP="00000C56">
            <w:pPr>
              <w:spacing w:after="0" w:line="240" w:lineRule="auto"/>
              <w:rPr>
                <w:rFonts w:asciiTheme="majorHAnsi" w:hAnsiTheme="majorHAnsi" w:cstheme="majorHAnsi"/>
                <w:sz w:val="22"/>
                <w:lang w:val="pl-PL"/>
              </w:rPr>
            </w:pPr>
          </w:p>
        </w:tc>
      </w:tr>
    </w:tbl>
    <w:p w14:paraId="7E463F4D" w14:textId="77777777" w:rsidR="008D541D" w:rsidRPr="00307A1D" w:rsidRDefault="008D541D" w:rsidP="00000C56">
      <w:pPr>
        <w:spacing w:line="240" w:lineRule="auto"/>
        <w:rPr>
          <w:rFonts w:asciiTheme="majorHAnsi" w:hAnsiTheme="majorHAnsi" w:cstheme="majorHAnsi"/>
          <w:sz w:val="22"/>
          <w:lang w:val="pl-PL"/>
        </w:rPr>
      </w:pPr>
    </w:p>
    <w:p w14:paraId="64377DF1" w14:textId="77777777" w:rsidR="00EB085A" w:rsidRPr="00307A1D" w:rsidRDefault="00EB085A" w:rsidP="00EB085A">
      <w:pPr>
        <w:pStyle w:val="Nagwek1"/>
        <w:spacing w:before="140" w:after="60" w:line="240" w:lineRule="auto"/>
        <w:rPr>
          <w:rFonts w:cstheme="majorHAnsi"/>
          <w:szCs w:val="22"/>
          <w:lang w:val="pl-PL"/>
        </w:rPr>
      </w:pPr>
      <w:r w:rsidRPr="00307A1D">
        <w:rPr>
          <w:rFonts w:cstheme="majorHAnsi"/>
          <w:szCs w:val="22"/>
          <w:lang w:val="pl-PL"/>
        </w:rPr>
        <w:t>VI. ZAŁĄCZNIKI DO OFERTY</w:t>
      </w:r>
    </w:p>
    <w:p w14:paraId="3FE765A3" w14:textId="77777777" w:rsidR="00EB085A" w:rsidRPr="00307A1D" w:rsidRDefault="00D6373B" w:rsidP="00EB085A">
      <w:pPr>
        <w:spacing w:after="40" w:line="240" w:lineRule="auto"/>
        <w:ind w:left="227"/>
        <w:rPr>
          <w:rFonts w:asciiTheme="majorHAnsi" w:hAnsiTheme="majorHAnsi" w:cstheme="majorHAnsi"/>
          <w:sz w:val="22"/>
          <w:lang w:val="pl-PL"/>
        </w:rPr>
      </w:pPr>
      <w:sdt>
        <w:sdtPr>
          <w:rPr>
            <w:rFonts w:asciiTheme="majorHAnsi" w:hAnsiTheme="majorHAnsi" w:cstheme="majorHAnsi"/>
            <w:sz w:val="22"/>
            <w:lang w:val="pl-PL"/>
          </w:rPr>
          <w:id w:val="1798023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085A" w:rsidRPr="00307A1D">
            <w:rPr>
              <w:rFonts w:ascii="Segoe UI Symbol" w:eastAsia="MS Gothic" w:hAnsi="Segoe UI Symbol" w:cs="Segoe UI Symbol"/>
              <w:sz w:val="22"/>
              <w:lang w:val="pl-PL"/>
            </w:rPr>
            <w:t>☐</w:t>
          </w:r>
        </w:sdtContent>
      </w:sdt>
      <w:r w:rsidR="00EB085A" w:rsidRPr="00307A1D">
        <w:rPr>
          <w:rFonts w:asciiTheme="majorHAnsi" w:hAnsiTheme="majorHAnsi" w:cstheme="majorHAnsi"/>
          <w:sz w:val="22"/>
          <w:lang w:val="pl-PL"/>
        </w:rPr>
        <w:t xml:space="preserve"> kosztorys ofertowy;</w:t>
      </w:r>
    </w:p>
    <w:p w14:paraId="2B32E4F3" w14:textId="77777777" w:rsidR="00EB085A" w:rsidRPr="00307A1D" w:rsidRDefault="00D6373B" w:rsidP="00EB085A">
      <w:pPr>
        <w:spacing w:after="40" w:line="240" w:lineRule="auto"/>
        <w:ind w:left="227"/>
        <w:rPr>
          <w:rFonts w:asciiTheme="majorHAnsi" w:hAnsiTheme="majorHAnsi" w:cstheme="majorHAnsi"/>
          <w:sz w:val="22"/>
          <w:lang w:val="pl-PL"/>
        </w:rPr>
      </w:pPr>
      <w:sdt>
        <w:sdtPr>
          <w:rPr>
            <w:rFonts w:asciiTheme="majorHAnsi" w:hAnsiTheme="majorHAnsi" w:cstheme="majorHAnsi"/>
            <w:sz w:val="22"/>
            <w:lang w:val="pl-PL"/>
          </w:rPr>
          <w:id w:val="-1040049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085A" w:rsidRPr="00307A1D">
            <w:rPr>
              <w:rFonts w:ascii="Segoe UI Symbol" w:eastAsia="MS Gothic" w:hAnsi="Segoe UI Symbol" w:cs="Segoe UI Symbol"/>
              <w:sz w:val="22"/>
              <w:lang w:val="pl-PL"/>
            </w:rPr>
            <w:t>☐</w:t>
          </w:r>
        </w:sdtContent>
      </w:sdt>
      <w:r w:rsidR="00EB085A" w:rsidRPr="00307A1D">
        <w:rPr>
          <w:rFonts w:asciiTheme="majorHAnsi" w:hAnsiTheme="majorHAnsi" w:cstheme="majorHAnsi"/>
          <w:sz w:val="22"/>
          <w:lang w:val="pl-PL"/>
        </w:rPr>
        <w:t xml:space="preserve"> dowód potwierdzający należyte wykonanie roboty wskazanej w części IV formularza (np. referencja albo protokół odbioru);</w:t>
      </w:r>
    </w:p>
    <w:p w14:paraId="5A8603BC" w14:textId="6CA1E15C" w:rsidR="00EB085A" w:rsidRPr="00307A1D" w:rsidRDefault="00D6373B" w:rsidP="00EB085A">
      <w:pPr>
        <w:spacing w:after="40" w:line="240" w:lineRule="auto"/>
        <w:ind w:left="227"/>
        <w:rPr>
          <w:rFonts w:asciiTheme="majorHAnsi" w:hAnsiTheme="majorHAnsi" w:cstheme="majorHAnsi"/>
          <w:sz w:val="22"/>
          <w:lang w:val="pl-PL"/>
        </w:rPr>
      </w:pPr>
      <w:sdt>
        <w:sdtPr>
          <w:rPr>
            <w:rFonts w:asciiTheme="majorHAnsi" w:hAnsiTheme="majorHAnsi" w:cstheme="majorHAnsi"/>
            <w:sz w:val="22"/>
            <w:lang w:val="pl-PL"/>
          </w:rPr>
          <w:id w:val="-21420282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5265">
            <w:rPr>
              <w:rFonts w:ascii="MS Gothic" w:eastAsia="MS Gothic" w:hAnsi="MS Gothic" w:cstheme="majorHAnsi" w:hint="eastAsia"/>
              <w:sz w:val="22"/>
              <w:lang w:val="pl-PL"/>
            </w:rPr>
            <w:t>☐</w:t>
          </w:r>
        </w:sdtContent>
      </w:sdt>
      <w:r w:rsidR="00EB085A" w:rsidRPr="00307A1D">
        <w:rPr>
          <w:rFonts w:asciiTheme="majorHAnsi" w:hAnsiTheme="majorHAnsi" w:cstheme="majorHAnsi"/>
          <w:sz w:val="22"/>
          <w:lang w:val="pl-PL"/>
        </w:rPr>
        <w:t xml:space="preserve"> pełnomocnictwo do podpisania oferty – jeżeli dotyczy;</w:t>
      </w:r>
    </w:p>
    <w:p w14:paraId="6433E2F0" w14:textId="624A2BBF" w:rsidR="00EB085A" w:rsidRPr="00307A1D" w:rsidRDefault="00D6373B" w:rsidP="00EB085A">
      <w:pPr>
        <w:spacing w:line="240" w:lineRule="auto"/>
        <w:ind w:left="227"/>
        <w:rPr>
          <w:rFonts w:asciiTheme="majorHAnsi" w:hAnsiTheme="majorHAnsi" w:cstheme="majorHAnsi"/>
          <w:sz w:val="22"/>
          <w:lang w:val="pl-PL"/>
        </w:rPr>
      </w:pPr>
      <w:sdt>
        <w:sdtPr>
          <w:rPr>
            <w:rFonts w:asciiTheme="majorHAnsi" w:hAnsiTheme="majorHAnsi" w:cstheme="majorHAnsi"/>
            <w:sz w:val="22"/>
            <w:lang w:val="pl-PL"/>
          </w:rPr>
          <w:id w:val="1248930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085A" w:rsidRPr="00307A1D">
            <w:rPr>
              <w:rFonts w:ascii="Segoe UI Symbol" w:eastAsia="MS Gothic" w:hAnsi="Segoe UI Symbol" w:cs="Segoe UI Symbol"/>
              <w:sz w:val="22"/>
              <w:lang w:val="pl-PL"/>
            </w:rPr>
            <w:t>☐</w:t>
          </w:r>
        </w:sdtContent>
      </w:sdt>
      <w:r w:rsidR="00EB085A" w:rsidRPr="00307A1D">
        <w:rPr>
          <w:rFonts w:asciiTheme="majorHAnsi" w:hAnsiTheme="majorHAnsi" w:cstheme="majorHAnsi"/>
          <w:sz w:val="22"/>
          <w:lang w:val="pl-PL"/>
        </w:rPr>
        <w:t xml:space="preserve"> inne: …………………………………………………………………………………………………………………</w:t>
      </w:r>
    </w:p>
    <w:p w14:paraId="318EE630" w14:textId="77777777" w:rsidR="00EB085A" w:rsidRPr="00307A1D" w:rsidRDefault="00EB085A" w:rsidP="00A65265">
      <w:pPr>
        <w:spacing w:after="0" w:line="240" w:lineRule="auto"/>
        <w:jc w:val="right"/>
        <w:rPr>
          <w:rFonts w:asciiTheme="majorHAnsi" w:hAnsiTheme="majorHAnsi" w:cstheme="majorHAnsi"/>
          <w:b/>
          <w:sz w:val="22"/>
          <w:lang w:val="pl-PL"/>
        </w:rPr>
      </w:pPr>
    </w:p>
    <w:p w14:paraId="7FB4424A" w14:textId="21E6E293" w:rsidR="00577A24" w:rsidRPr="00307A1D" w:rsidRDefault="00BB7B45" w:rsidP="00000C56">
      <w:pPr>
        <w:spacing w:before="240" w:after="0" w:line="240" w:lineRule="auto"/>
        <w:jc w:val="right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b/>
          <w:sz w:val="22"/>
          <w:lang w:val="pl-PL"/>
        </w:rPr>
        <w:t>……………………………………………………………………</w:t>
      </w:r>
    </w:p>
    <w:p w14:paraId="415FFAE8" w14:textId="77777777" w:rsidR="00577A24" w:rsidRPr="00307A1D" w:rsidRDefault="00BB7B45" w:rsidP="00000C56">
      <w:pPr>
        <w:spacing w:line="240" w:lineRule="auto"/>
        <w:jc w:val="right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i/>
          <w:sz w:val="22"/>
          <w:lang w:val="pl-PL"/>
        </w:rPr>
        <w:t>podpis osoby uprawnionej do reprezentowania Wykonawcy</w:t>
      </w:r>
    </w:p>
    <w:p w14:paraId="42E1A562" w14:textId="77777777" w:rsidR="00577A24" w:rsidRPr="00307A1D" w:rsidRDefault="00BB7B45" w:rsidP="00000C56">
      <w:pPr>
        <w:spacing w:line="240" w:lineRule="auto"/>
        <w:jc w:val="right"/>
        <w:rPr>
          <w:rFonts w:asciiTheme="majorHAnsi" w:hAnsiTheme="majorHAnsi" w:cstheme="majorHAnsi"/>
          <w:sz w:val="22"/>
          <w:lang w:val="pl-PL"/>
        </w:rPr>
      </w:pPr>
      <w:r w:rsidRPr="00307A1D">
        <w:rPr>
          <w:rFonts w:asciiTheme="majorHAnsi" w:hAnsiTheme="majorHAnsi" w:cstheme="majorHAnsi"/>
          <w:i/>
          <w:sz w:val="22"/>
          <w:lang w:val="pl-PL"/>
        </w:rPr>
        <w:t>imię i nazwisko oraz stanowisko / funkcja</w:t>
      </w:r>
    </w:p>
    <w:sectPr w:rsidR="00577A24" w:rsidRPr="00307A1D" w:rsidSect="00034616">
      <w:footerReference w:type="default" r:id="rId8"/>
      <w:pgSz w:w="11906" w:h="16838"/>
      <w:pgMar w:top="964" w:right="1134" w:bottom="907" w:left="113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CD01C" w14:textId="77777777" w:rsidR="00D6373B" w:rsidRDefault="00D6373B">
      <w:pPr>
        <w:spacing w:after="0" w:line="240" w:lineRule="auto"/>
      </w:pPr>
      <w:r>
        <w:separator/>
      </w:r>
    </w:p>
  </w:endnote>
  <w:endnote w:type="continuationSeparator" w:id="0">
    <w:p w14:paraId="356A60BA" w14:textId="77777777" w:rsidR="00D6373B" w:rsidRDefault="00D63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3131243"/>
      <w:docPartObj>
        <w:docPartGallery w:val="Page Numbers (Bottom of Page)"/>
        <w:docPartUnique/>
      </w:docPartObj>
    </w:sdtPr>
    <w:sdtEndPr/>
    <w:sdtContent>
      <w:p w14:paraId="7107F4F8" w14:textId="1EE0C9D6" w:rsidR="00EB085A" w:rsidRDefault="00EB085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37C6047E" w14:textId="77777777" w:rsidR="00BC3EF8" w:rsidRDefault="00BC3EF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A7E9A" w14:textId="77777777" w:rsidR="00D6373B" w:rsidRDefault="00D6373B">
      <w:pPr>
        <w:spacing w:after="0" w:line="240" w:lineRule="auto"/>
      </w:pPr>
      <w:r>
        <w:separator/>
      </w:r>
    </w:p>
  </w:footnote>
  <w:footnote w:type="continuationSeparator" w:id="0">
    <w:p w14:paraId="1D8A4338" w14:textId="77777777" w:rsidR="00D6373B" w:rsidRDefault="00D637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B7615EF"/>
    <w:multiLevelType w:val="hybridMultilevel"/>
    <w:tmpl w:val="5B5EA544"/>
    <w:lvl w:ilvl="0" w:tplc="34029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945846">
    <w:abstractNumId w:val="8"/>
  </w:num>
  <w:num w:numId="2" w16cid:durableId="1205219560">
    <w:abstractNumId w:val="6"/>
  </w:num>
  <w:num w:numId="3" w16cid:durableId="1639915171">
    <w:abstractNumId w:val="5"/>
  </w:num>
  <w:num w:numId="4" w16cid:durableId="1576360933">
    <w:abstractNumId w:val="4"/>
  </w:num>
  <w:num w:numId="5" w16cid:durableId="794565032">
    <w:abstractNumId w:val="7"/>
  </w:num>
  <w:num w:numId="6" w16cid:durableId="1243446475">
    <w:abstractNumId w:val="3"/>
  </w:num>
  <w:num w:numId="7" w16cid:durableId="165631951">
    <w:abstractNumId w:val="2"/>
  </w:num>
  <w:num w:numId="8" w16cid:durableId="1030031815">
    <w:abstractNumId w:val="1"/>
  </w:num>
  <w:num w:numId="9" w16cid:durableId="162935363">
    <w:abstractNumId w:val="0"/>
  </w:num>
  <w:num w:numId="10" w16cid:durableId="3564700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C56"/>
    <w:rsid w:val="00027EBB"/>
    <w:rsid w:val="00034616"/>
    <w:rsid w:val="00051990"/>
    <w:rsid w:val="0006063C"/>
    <w:rsid w:val="0015074B"/>
    <w:rsid w:val="001909FB"/>
    <w:rsid w:val="0029639D"/>
    <w:rsid w:val="00307A1D"/>
    <w:rsid w:val="00326F90"/>
    <w:rsid w:val="004E4729"/>
    <w:rsid w:val="00577A24"/>
    <w:rsid w:val="007C14CF"/>
    <w:rsid w:val="008D541D"/>
    <w:rsid w:val="00A65265"/>
    <w:rsid w:val="00AA1D8D"/>
    <w:rsid w:val="00B47730"/>
    <w:rsid w:val="00BB7B45"/>
    <w:rsid w:val="00BC3EF8"/>
    <w:rsid w:val="00BF0F05"/>
    <w:rsid w:val="00CB0664"/>
    <w:rsid w:val="00D07C4F"/>
    <w:rsid w:val="00D139B0"/>
    <w:rsid w:val="00D6373B"/>
    <w:rsid w:val="00DA1852"/>
    <w:rsid w:val="00DF26AE"/>
    <w:rsid w:val="00E10EA7"/>
    <w:rsid w:val="00EB085A"/>
    <w:rsid w:val="00F5722C"/>
    <w:rsid w:val="00FC693F"/>
    <w:rsid w:val="00FE3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036412"/>
  <w14:defaultImageDpi w14:val="300"/>
  <w15:docId w15:val="{FD67905B-FF69-4C10-826D-81F67C779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52" w:lineRule="auto"/>
    </w:pPr>
    <w:rPr>
      <w:rFonts w:ascii="Arial" w:eastAsia="Arial" w:hAnsi="Arial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– czerpnio-wyrzutnia w Pałacu Działyńskich</dc:title>
  <dc:subject>Roboty budowlano-montażowe dla instalacji wentylacji mechanicznej Domku Gotyckiego</dc:subject>
  <dc:creator>PAN Biblioteka Kórnicka</dc:creator>
  <cp:keywords>formularz ofertowy; czerpnio-wyrzutnia; Domek Gotycki; Pałac Działyńskich</cp:keywords>
  <dc:description>generated by python-docx</dc:description>
  <cp:lastModifiedBy>Katarzyna Woźniak</cp:lastModifiedBy>
  <cp:revision>2</cp:revision>
  <dcterms:created xsi:type="dcterms:W3CDTF">2026-10-14T14:42:00Z</dcterms:created>
  <dcterms:modified xsi:type="dcterms:W3CDTF">2026-10-14T14:42:00Z</dcterms:modified>
  <cp:category/>
</cp:coreProperties>
</file>